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השונים בספריית דפי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הקריאה המוצעות בדפים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כותרת דף עבודה לבין הנושא והסוג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– בחירה מרובעת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מידעי-טיעוני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דרכי זיהוי: חלקי הדיבור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– כותרת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(טקסט מידעי-היסטורי)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מידעי-טיעוני)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(ביטויים ולשון)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(חוסן וויסות)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עוסק במציאת הרעיון המרכזי של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טקסט מידעי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ברשימת הרמות של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 בכותרת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יוסטון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מיטבית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בוחרים דף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באיזו כיתה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נושא מעניין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מתאימה: רגילה, מתקדמת או מותאמת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את הטקסט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פותרים את המשימות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הכוללת: שם הדף, סוג הטקסט (מידעי/תהליך/טיעוני/ביוגרפיה וכו'), ונימוק קצר לבחירה.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רגילה, מתקדמת, מותאמת (עולים/חנ"מ)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מפרי הקקאו ועד קוביית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מידעי מציג עובדות; טקסט טיעוני גם מציג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בפני התלמידים כמה כותרות דפים ולבקש לנחש את סוג הטקסט לפני גילוי התשובה.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משימת הסדר לדיון קצר על איך כל תלמיד בוחר רמה מתאימה לעצמו.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במשימת הכתיבה כהקדמה לבחירת דף עבודה אמיתי לשיעור הבא.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אוהבים לקרוא – היכרות עם ספריית דפי העבודה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הרבה דפי עבודה לקריאה: טקסטים מידעיים, סיפורי ערכים, דפי לשון וכלים לוויסות רגשי. בכל דף יש כמה רמות כדי שכל תלמיד ותלמידה ימצאו את הרמה המתאימה להם.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– בחירה מרובעת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הוא הדף 'מפרי הקקאו ועד קוביית השוקולד'?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הוא הדף 'משחקי מחשב – כיף עם הגה בידיים'?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מידעי-טיעוני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מידעי-היסטורי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הביוגרפיה על הלן קלר עוסקת בכל הנושאים האלה, חוץ מאחד. מה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רמות קריאה מוצעות ברוב דפי העבודה בספריה?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דף עוסק בזיהוי חלקי הדיבור?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דרכי זיהוי: חלקי הדיבור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הרוגע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 של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– כותרת וסוג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⚽ מגרש של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מידעי-היסטורי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🚀 יוסטון, יש לנו בעיה!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מידעי-טיעוני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🎮 משחקי מחשב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ביטויים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🧠 ראש גדול!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חוסן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🌈 גלגל הרוגע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מידעי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'גלגל הרוגע' מיועד לכיתות ב'–ו'.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'ראש גדול' יש סיפור עם 8 ביטויים שמכילים את המילה 'ראש'.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הדף 'מה הרעיון המרכזי?' עוסק בזיהוי חלקי הדיבור.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'חתולים – כוכבים על ארבע' הוא טקסט מידעי-טיעוני.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בדף 'אוצר של שתילים' יש גרסה בניקוד לעולים ולחנ"מ.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 בכותרת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⚽ מגרש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🚀 __________, יש לנו בעיה!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🐱 חתולים – כוכבים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💛 המסר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⭐ תשובה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איך בוחרים דף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המשימות בדף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באיזו כיתה לומדים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מעניין מתוך 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רמה מתאימה: רגילה, מתקדמת או מותאמת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דף עבודה אחד מהרשימה שהכי מעניין אתכם. כתבו באיזה נושא הוא עוסק, לאיזה סוג טקסט הוא שייך, ומה הייתם רוצים ללמוד ממנו.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הסוגים של רמות הקריאה בדפי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לדף עבודה מהסוג 'טקסט תהליך'.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'טקסט מידעי' ל'טקסט מידעי-טיעוני'?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אוהבים לקרוא – היכרות עם ספריית דפי העבודה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