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אוהבים לקרוא – היכרות עם ספריית דפי העבודה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השונים בספריית דפי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רמות הקריאה המוצעות בדפים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כותרת דף עבודה לבין הנושא והסוג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– בחירה מרובעת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מידעי-טיעוני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דרכי זיהוי: חלקי הדיבור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– כותרת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(טקסט מידעי-היסטורי)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(טקסט מידעי-טיעוני)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(ביטויים ולשון)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(חוסן וויסות)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עוסק במציאת הרעיון המרכזי של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טקסט מידעי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ברשימת הרמות של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 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יוסטון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מיטבית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איך בוחרים דף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באיזו כיתה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נושא מעניין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רמה מתאימה: רגילה, מתקדמת או מותאמת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הטקסט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פותרים את המשימות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הכוללת: שם הדף, סוג הטקסט (מידעי/תהליך/טיעוני/ביוגרפיה וכו'), ונימוק קצר לבחירה.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רגילה, מתקדמת, מותאמת (עולים/חנ"מ)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מפרי הקקאו ועד קוביית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מידעי מציג עובדות; טקסט טיעוני גם מציג יתרונות וחסרונות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בפני התלמידים כמה כותרות דפים ולבקש לנחש את סוג הטקסט לפני גילוי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משימת הסדר לדיון קצר על איך כל תלמיד בוחר רמה מתאימה לעצמו.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במשימת הכתיבה כהקדמה לבחירת דף עבודה אמיתי לשיעור הבא.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אוהבים לקרוא – היכרות עם ספריית דפי העבודה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הרבה דפים לתרגול קריאה. יש דפים על נושאים שונים. בכל דף יש כמה רמות קושי.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עובדות אמיתיות על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שלב אחרי שלב איך עושים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מידעי-טיעוני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שמציג יתרונות וחסרונות של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ביוגרפיה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חייו האמיתי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 מותאמת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עבודה קל יותר, מתאים גם לעולים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שהגיעו לאחרונה למדינה ולומדים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מהדורה למורה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עם תשובות, מיועדת למורה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– בחירה מרובעת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זה: דף על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מידעי-טיעוני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זה: דף על משחקי 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מידעי-טיעוני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מידעי-היסטורי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קשור לדף על הלן קלר?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רמות קושי יש בדף עבודה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דף מלמד על שם עצם, פועל ושם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דרכי זיהוי: חלקי הדיבור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הרוגע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 של עובדות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– כותרת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⚽ מגרש של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חוסן וויסות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🚀 יוסטון, יש לנו בעיה!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ביטויים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🎮 משחקי מחשב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מידעי-היסטורי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🧠 ראש גדול!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🌈 גלגל הרוגע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מידעי-טיעוני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'גלגל הרוגע' מיועד לכיתות ב'–ו'.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'ראש גדול' יש סיפור עם 8 ביטויים שמכילים את המילה 'ראש'.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'מה הרעיון המרכזי?' עוסק בזיהוי חלקי הדיבור.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'חתולים – כוכבים על ארבע' הוא טקסט מידעי-טיעוני.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'אוצר של שתילים' יש גרסה בניקוד לעולים ולחנ"מ.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חסרה בכותרת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⚽ מגרש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🚀 __________, יש לנו בעיה!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🐱 חתולים – כוכבים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💛 המסר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⭐ תשובה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איך בוחרים דף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מעניין מתוך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המשימות בדף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באיזו כיתה 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רמה מתאימה: רגילה, מתקדמת או מותאמת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דף עבודה אחד מהרשימה שהכי מעניין אתכם. כתבו באיזה נושא הוא עוסק, לאיזה סוג טקסט הוא שייך, ומה הייתם רוצים ללמוד ממנו.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הסוגים של רמות הקריאה בדפי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לדף עבודה מהסוג 'טקסט תהליך'.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'טקסט מידעי' ל'טקסט מידעי-טיעוני'?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אוהבים לקרוא – היכרות עם ספריית דפי העבודה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