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אוהבים לקרוא – דפי עבודה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אוהבים לקרוא – היכרות עם ספריית דפי העבודה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הטקסטים השונים בספריית דפי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 רמות הקריאה המוצעות בדפים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כותרת דף עבודה לבין הנושא והסוג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– בחירה מרובעת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טקסט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מידעי-טיעוני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– כותרת וסוג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(טקסט 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(טקסט מידעי-היסטורי)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(טקסט מידעי-טיעוני)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(ביטויים ולשון)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בתיאור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חסרה בכותרת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יוסטון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איך בוחרים דף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באיזו כיתה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נושא מעניין מתוך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הטקסט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פותרים את המשימות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רגילה, מתקדמת, מותאמת (עולים/חנ"מ)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מפרי הקקאו ועד קוביית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טקסט מידעי מציג עובדות; טקסט טיעוני גם מציג יתרונות וחסרונות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בפני התלמידים כמה כותרות דפים ולבקש לנחש את סוג הטקסט לפני גילוי התשובה.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משימת הסדר לדיון קצר על איך כל תלמיד בוחר רמה מתאימה לעצמו.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במשימת הכתיבה כהקדמה לבחירת דף עבודה אמיתי לשיעור הבא.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אוהבים לקרוא – דפי עבודה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אוהבים לקרוא – היכרות עם ספריית דפי העבודה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יש הרבה דפי עבודה לקריאה: טקסטים מידעיים, סיפורי ערכים, דפי לשון וכלים לוויסות רגשי. בכל דף יש כמה רמות כדי שכל תלמיד ותלמידה ימצאו את הרמה המתאימה 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עובדות  ·  יוסטון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 – בחירה מרובעת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סוג טקסט הוא הדף 'מפרי הקקאו ועד קוביית השוקולד'?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מידעי-טיעוני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טקסט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סוג טקסט הוא הדף 'משחקי מחשב – כיף עם הגה בידיים'?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טקסט מידעי-טיעוני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רמות קריאה מוצעות ברוב דפי העבודה בספריה?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 – כותרת וסוג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⚽ מגרש של עובדות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ביטויים ולשון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🚀 יוסטון, יש לנו בעיה!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טקסט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🎮 משחקי מחשב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טקסט מידעי-היסטורי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🧠 ראש גדול!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טקסט מידעי-טיעוני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דף 'גלגל הרוגע' מיועד לכיתות ב'–ו'.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בדף 'ראש גדול' יש סיפור עם 8 ביטויים שמכילים את המילה 'ראש'.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מילה חסרה בכותרת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⚽ מגרש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🚀 __________, יש לנו בעיה!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איך בוחרים דף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פותרים את המשימות בדף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הטקסט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נושא מעניין מתוך 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באיזו כיתה לומדים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הסוגים של רמות הקריאה בדפי העבודה?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לדף עבודה מהסוג 'טקסט תהליך'.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אוהבים לקרוא – היכרות עם ספריית דפי העבודה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